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שלבי המעבר הדמוגרפי ואת תהליך העיור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גורמי דחיפה לגורמי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טיעונים בנושא גלובליזציה וצדק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ירידה בשיעור התמותה בעוד הילודה נשארת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עם יותר מ-10 מיליון 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הזדמנויות תעסוקה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התחברות כלכלית ותרבותית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חלוקה הוגנת של נזקי זיהום ותועלות בין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שניהם נמוכים ויציבים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טרום-מעבר: ילודה ותמותה גבוהות, גידול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ראשון: תמותה יורדת, ילודה נשארת גבוהה, גידול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שני: ילודה מתחילה לרדת,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אחרון: ילודה ותמותה נמוכות, אוכלוסייה יציבה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דחיפה או משיכה?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ערי הענק נמצאות באסיה ובאפריקה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התמותה כבר ירדה אך הילודה עדיין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גלובליזציה משפיעה גם על תרבות, שפה ואורח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הנושא של צדק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עיור הוא דווקא תהליך של מעבר מהכפר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טענה ברורה, ראיה או דוגמה תומכת, טענת נגד הגיונית ומענה משכנע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מזכירה מרכיבים כמו שטחים ירוקים, תחבורה נגישה, שוויון בגישה לשירותים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דחיפה מרחיק, משיכה מושך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עם יותר מ-10 מיליון תושבים, למשל טוקיו או דלהי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גלובליזציה יכולה להגביר פערים בחשיפה לזיהום בין מדינות עשירות לעניות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ערים שהתלמידים מכירים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הדיון הטיעוני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חשובות על אוכלוסיית העולם: למה אנשים עוברים מקום, איך גדלות ערים, ומה זה גלובליזציה.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דמוגרפי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שינוי בשיעורי ילודה ותמותה באוכלוסייה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 ענק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עם יותר מ-10 מיליון 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דחיפה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שגורמת לאנשים לעזוב מקום מגורים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משיכה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שמושכת אנשים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התחברות כלכלית ותרבותית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צדק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הוגנת של נזקי זיהום ותועלות בין קבוצות 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גידול הערים וריכוז אוכלוסייה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פיתוח שעונה על צרכי ההווה בלי לפגוע בעתיד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האוכלוסייה גדלה מהר בשלב מסוים?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בשיעור הילודה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ירידה בשיעור התמותה בעוד הילודה נשארת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עלייה בהגירה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בתמותת תינוקות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ההגדרה של עיר ענק?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בירה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עם יותר מ-10 מיליון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עם שטח גדול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עתיקה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מושך אנשים למקום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הזדמנויות תעסוקה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אזורית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אוויר חמור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בידוד כלכלי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התחברות כלכלית ותרבותית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גידול אוכלוסייה עירונית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צדק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שאוסר זיהום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חלוקה הוגנת של נזקי זיהום ותועלות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על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תקן בינלאומי לאיכות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בשלב המאוחר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נמוכים ויציבים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ילודה גבוהה, תמותה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ילודה נמוכה, תמותה גבוהה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ראשון: תמותה יורדת, ילודה נשארת גבוהה, גידול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טרום-מעבר: ילודה ותמותה גבוהות, גידול איטי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אחרון: ילודה ותמותה נמוכות, אוכלוסייה יציבה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שני: ילודה מתחילה לרדת, הגידול מואט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דחיפה או משיכה?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 מתמשכת בשטח חקלאי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הזדמנויות תעסוקה בעיר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מלחמה באזור המגורים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חינוך איכותית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אוויר חמור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שכר גבוה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דחיפה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ערי הענק בעולם נמצאות כיום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של המעבר הדמוגרפי קצב גידול האוכלוסייה הוא הגבוה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עוסק בשאלה מי נפגע יותר מזיהום ומי נהנה מהיתרונות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עיור הוא תהליך שבו אנשים עוברים מהעיר לכפר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עיר עם יותר מ-10 מיליון תושבים נקראת 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השינוי בשיעורי הילודה והתמותה באוכלוסייה נקרא 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סיבה שגורמת לאנשים לעזוב מקום מגורים נקראת 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תהליך התחברות כלכלית ותרבותית בין מדינות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חלוקה הוגנת של נזקי זיהום בין קבוצות נקראת __________ סביבתי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עמדה בדיון: גלובליזציה - ברכה או קללה? כתבו טענה אחת, הביאו ראיה, הציגו טענת נגד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בקצרה שכונת עתיד ירוקה, צודקת ונגישה: ציינו שלושה מאפיינים ולמה הם חשובים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לעיר ענק ונמקו למה היא מוגדרת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גלובליזציה לצדק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מתקדמים בגיאוגרפיה של אוכלוסיית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