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מתקדמים בגיאוגרפיה של אוכלוסיית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שלבי המעבר הדמוגרפי ואת תהליך העיור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גורמי דחיפה לגורמי משיכה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להעריך טיעונים בנושא גלובליזציה וצדק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ירידה בשיעור התמותה בעוד הילודה נשארת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עיר עם יותר מ-10 מיליון תושבים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סדרו את שלבי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 טרום-מעבר: ילודה ותמותה גבוהות, גידול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שלב ראשון: תמותה יורדת, ילודה נשארת גבוהה, גידול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שלב שני: ילודה מתחילה לרדת, הגידול מואט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שלב אחרון: ילודה ותמותה נמוכות, אוכלוסייה יציבה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דחיפה או משיכה?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(גורם משיכה)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ערי הענק נמצאות באסיה ובאפריקה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התמותה כבר ירדה אך הילודה עדיין גבוהה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דמוגרפי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טענה ברורה, ראיה או דוגמה תומכת, טענת נגד הגיונית ומענה משכנע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דחיפה מרחיק, משיכה מושך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עם יותר מ-10 מיליון תושבים, למשל טוקיו או דלהי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גלובליזציה יכולה להגביר פערים בחשיפה לזיהום בין מדינות עשירות לעניות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ערים שהתלמידים מכירים לפני המעבר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הדיון הטיעוני לעבודה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מתקדמים בגיאוגרפיה של אוכלוסיית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מושגי מפתח מתקדמים: מעבר דמוגרפי, הגירה, ערי ענק, גלובליזציה וצדק סביבתי, בהתבסס על נתונים ומקרים אמיתיים.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דמוגרפי  ·  ענק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הגורם המרכזי לגידול המהיר באוכלוסיית העולם בשלב הראשון של המעבר הדמוגרפי?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ירידה בשיעור הילודה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ירידה בשיעור התמותה בעוד הילודה נשארת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עלייה בהגירה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עיר ענק (מגה-סיטי)?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עיר בירה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עיר עם יותר מ-10 מיליון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עיר עם שטח גדול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סדרו את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שני: ילודה מתחילה לרדת, הגידול מואט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אחרון: ילודה ותמותה נמוכות, אוכלוסייה יציבה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ראשון: תמותה יורדת, ילודה נשארת גבוהה, גידול מהיר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טרום-מעבר: ילודה ותמותה גבוהות, גידול איטי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דחיפה או משיכה?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בצורת מתמשכת בשטח חקלאי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הזדמנויות תעסוקה בעיר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מלחמה באזור המגורים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מערכת חינוך איכותית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גורם דחיפה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ערי הענק בעולם נמצאות כיום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הראשון של המעבר הדמוגרפי קצב גידול האוכלוסייה הוא הגבוה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עיר עם יותר מ-10 מיליון תושבים נקראת 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תהליך השינוי בשיעורי הילודה והתמותה באוכלוסייה נקרא מעבר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עמדה בדיון: גלובליזציה - ברכה או קללה? כתבו טענה אחת, הביאו ראיה, הציגו טענת נגד וענו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גורם דחיפה לגורם משיכה?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לעיר ענק ונמקו למה היא מוגדרת כך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מתקדמים בגיאוגרפיה של אוכלוסיית 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